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458F5" w14:textId="6D645432" w:rsidR="00AC377F" w:rsidRDefault="00000000">
      <w:pPr>
        <w:pStyle w:val="Title"/>
        <w:spacing w:after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19C6">
        <w:rPr>
          <w:rFonts w:ascii="Times New Roman" w:hAnsi="Times New Roman" w:cs="Times New Roman"/>
          <w:b/>
          <w:sz w:val="24"/>
          <w:szCs w:val="24"/>
        </w:rPr>
        <w:t xml:space="preserve">Olaines </w:t>
      </w:r>
      <w:r w:rsidR="00C319C6" w:rsidRPr="00C319C6">
        <w:rPr>
          <w:rFonts w:ascii="Times New Roman" w:hAnsi="Times New Roman" w:cs="Times New Roman"/>
          <w:b/>
          <w:sz w:val="24"/>
          <w:szCs w:val="24"/>
        </w:rPr>
        <w:t>novada J</w:t>
      </w:r>
      <w:r w:rsidRPr="00C319C6">
        <w:rPr>
          <w:rFonts w:ascii="Times New Roman" w:hAnsi="Times New Roman" w:cs="Times New Roman"/>
          <w:b/>
          <w:sz w:val="24"/>
          <w:szCs w:val="24"/>
        </w:rPr>
        <w:t>auniešu domes atvērtās sēdes darba kārtība</w:t>
      </w:r>
    </w:p>
    <w:p w14:paraId="189DEA79" w14:textId="77B02BC0" w:rsidR="00C319C6" w:rsidRPr="00C319C6" w:rsidRDefault="00C319C6" w:rsidP="00C319C6">
      <w:pPr>
        <w:rPr>
          <w:rFonts w:ascii="Times New Roman" w:hAnsi="Times New Roman" w:cs="Times New Roman"/>
        </w:rPr>
      </w:pPr>
      <w:r w:rsidRPr="00C319C6">
        <w:rPr>
          <w:rFonts w:ascii="Times New Roman" w:hAnsi="Times New Roman" w:cs="Times New Roman"/>
        </w:rPr>
        <w:t>2026. gada 31. oktobrī</w:t>
      </w:r>
    </w:p>
    <w:p w14:paraId="4B2850E7" w14:textId="6F033E0D" w:rsidR="00C319C6" w:rsidRPr="00C319C6" w:rsidRDefault="00C319C6" w:rsidP="00C319C6">
      <w:pPr>
        <w:rPr>
          <w:rFonts w:ascii="Times New Roman" w:hAnsi="Times New Roman" w:cs="Times New Roman"/>
        </w:rPr>
      </w:pPr>
      <w:r w:rsidRPr="00C319C6">
        <w:rPr>
          <w:rFonts w:ascii="Times New Roman" w:hAnsi="Times New Roman" w:cs="Times New Roman"/>
        </w:rPr>
        <w:t>Olaines Jauniešu centrā “Popkorns”, Veselības ielā 7</w:t>
      </w:r>
    </w:p>
    <w:p w14:paraId="77661338" w14:textId="1AFAA5D6" w:rsidR="00C319C6" w:rsidRPr="00C319C6" w:rsidRDefault="00C319C6" w:rsidP="00C319C6">
      <w:pPr>
        <w:rPr>
          <w:rFonts w:ascii="Times New Roman" w:hAnsi="Times New Roman" w:cs="Times New Roman"/>
        </w:rPr>
      </w:pPr>
      <w:r w:rsidRPr="00C319C6">
        <w:rPr>
          <w:rFonts w:ascii="Times New Roman" w:hAnsi="Times New Roman" w:cs="Times New Roman"/>
        </w:rPr>
        <w:t>Sēdes sākums plkst. 10:00</w:t>
      </w:r>
    </w:p>
    <w:p w14:paraId="756FB14C" w14:textId="77777777" w:rsidR="00C319C6" w:rsidRDefault="00C319C6">
      <w:pPr>
        <w:keepNext/>
        <w:spacing w:before="160" w:after="80"/>
        <w:rPr>
          <w:rFonts w:ascii="Times New Roman" w:hAnsi="Times New Roman" w:cs="Times New Roman"/>
          <w:b/>
          <w:sz w:val="24"/>
          <w:szCs w:val="24"/>
        </w:rPr>
      </w:pPr>
    </w:p>
    <w:p w14:paraId="4CDE16C3" w14:textId="30633091" w:rsidR="00C319C6" w:rsidRDefault="00C319C6">
      <w:pPr>
        <w:keepNext/>
        <w:spacing w:before="160" w:after="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ATKLĀTĀ DAĻA</w:t>
      </w:r>
    </w:p>
    <w:p w14:paraId="53458D56" w14:textId="1CB8B7CB" w:rsidR="00AC377F" w:rsidRPr="00C319C6" w:rsidRDefault="00000000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b/>
          <w:sz w:val="24"/>
          <w:szCs w:val="24"/>
        </w:rPr>
        <w:t>1. Sēdes atklāšana un darba kārtības apstiprināšana</w:t>
      </w:r>
    </w:p>
    <w:p w14:paraId="2E4C1062" w14:textId="32113D2E" w:rsidR="00AC377F" w:rsidRDefault="00000000">
      <w:pPr>
        <w:keepNext/>
        <w:spacing w:before="160" w:after="80"/>
        <w:rPr>
          <w:rFonts w:ascii="Times New Roman" w:hAnsi="Times New Roman" w:cs="Times New Roman"/>
          <w:b/>
          <w:sz w:val="24"/>
          <w:szCs w:val="24"/>
        </w:rPr>
      </w:pPr>
      <w:r w:rsidRPr="00C319C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319C6">
        <w:rPr>
          <w:rFonts w:ascii="Times New Roman" w:hAnsi="Times New Roman" w:cs="Times New Roman"/>
          <w:b/>
          <w:sz w:val="24"/>
          <w:szCs w:val="24"/>
        </w:rPr>
        <w:t>Audzēkņu</w:t>
      </w:r>
      <w:r w:rsidRPr="00C319C6">
        <w:rPr>
          <w:rFonts w:ascii="Times New Roman" w:hAnsi="Times New Roman" w:cs="Times New Roman"/>
          <w:b/>
          <w:sz w:val="24"/>
          <w:szCs w:val="24"/>
        </w:rPr>
        <w:t xml:space="preserve"> pašpārvalžu </w:t>
      </w:r>
      <w:r w:rsidR="00C319C6">
        <w:rPr>
          <w:rFonts w:ascii="Times New Roman" w:hAnsi="Times New Roman" w:cs="Times New Roman"/>
          <w:b/>
          <w:sz w:val="24"/>
          <w:szCs w:val="24"/>
        </w:rPr>
        <w:t>un Jauniešu domes aktualitātes</w:t>
      </w:r>
    </w:p>
    <w:p w14:paraId="69E636FB" w14:textId="3B7B3F7A" w:rsidR="00C319C6" w:rsidRDefault="00C319C6" w:rsidP="00C319C6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C319C6">
        <w:rPr>
          <w:rFonts w:ascii="Times New Roman" w:hAnsi="Times New Roman" w:cs="Times New Roman"/>
          <w:sz w:val="24"/>
          <w:szCs w:val="24"/>
        </w:rPr>
        <w:t>Olaines 1. vidusskolas skolēnu pašpārvaldes aktualitātes</w:t>
      </w:r>
    </w:p>
    <w:p w14:paraId="74ADDD11" w14:textId="0704E7BC" w:rsidR="00C319C6" w:rsidRDefault="00C319C6" w:rsidP="00C319C6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Pr="00C319C6">
        <w:t xml:space="preserve"> </w:t>
      </w:r>
      <w:r w:rsidRPr="00C319C6">
        <w:rPr>
          <w:rFonts w:ascii="Times New Roman" w:hAnsi="Times New Roman" w:cs="Times New Roman"/>
          <w:sz w:val="24"/>
          <w:szCs w:val="24"/>
        </w:rPr>
        <w:t xml:space="preserve">Olaines </w:t>
      </w:r>
      <w:r>
        <w:rPr>
          <w:rFonts w:ascii="Times New Roman" w:hAnsi="Times New Roman" w:cs="Times New Roman"/>
          <w:sz w:val="24"/>
          <w:szCs w:val="24"/>
        </w:rPr>
        <w:t>pamatskolas</w:t>
      </w:r>
      <w:r w:rsidRPr="00C319C6">
        <w:rPr>
          <w:rFonts w:ascii="Times New Roman" w:hAnsi="Times New Roman" w:cs="Times New Roman"/>
          <w:sz w:val="24"/>
          <w:szCs w:val="24"/>
        </w:rPr>
        <w:t xml:space="preserve"> skolēnu pašpārvaldes aktualitātes</w:t>
      </w:r>
    </w:p>
    <w:p w14:paraId="0553B62A" w14:textId="59BE130C" w:rsidR="00C319C6" w:rsidRDefault="00C319C6" w:rsidP="00C319C6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319C6">
        <w:rPr>
          <w:rFonts w:ascii="Times New Roman" w:hAnsi="Times New Roman" w:cs="Times New Roman"/>
          <w:sz w:val="24"/>
          <w:szCs w:val="24"/>
        </w:rPr>
        <w:t>Rīgas Valsts tehnikuma audzēkņu pašpārvaldes aktualitātes.</w:t>
      </w:r>
    </w:p>
    <w:p w14:paraId="68FD54CA" w14:textId="429279E7" w:rsidR="00C319C6" w:rsidRDefault="00C319C6" w:rsidP="00C319C6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Olaines novada Jauniešu domes aktualitātes.</w:t>
      </w:r>
    </w:p>
    <w:p w14:paraId="2DD4E046" w14:textId="77777777" w:rsidR="00AC377F" w:rsidRPr="00C319C6" w:rsidRDefault="00000000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b/>
          <w:sz w:val="24"/>
          <w:szCs w:val="24"/>
        </w:rPr>
        <w:t>4. Jauniešu budžeta apskats</w:t>
      </w:r>
    </w:p>
    <w:p w14:paraId="65B25BBC" w14:textId="77777777" w:rsidR="003550B3" w:rsidRDefault="003550B3" w:rsidP="00C319C6">
      <w:pPr>
        <w:rPr>
          <w:rFonts w:ascii="Times New Roman" w:hAnsi="Times New Roman" w:cs="Times New Roman"/>
          <w:sz w:val="24"/>
          <w:szCs w:val="24"/>
        </w:rPr>
      </w:pPr>
      <w:r w:rsidRPr="003550B3">
        <w:rPr>
          <w:rFonts w:ascii="Times New Roman" w:hAnsi="Times New Roman" w:cs="Times New Roman"/>
          <w:sz w:val="24"/>
          <w:szCs w:val="24"/>
        </w:rPr>
        <w:t>Iepazīšanās ar 2027. gada budžeta projektu, plānoto finansējumu un diskusija par tā izmantošanas prioritātēm.</w:t>
      </w:r>
    </w:p>
    <w:p w14:paraId="24D7AAF5" w14:textId="474971DA" w:rsidR="00C319C6" w:rsidRPr="00C319C6" w:rsidRDefault="00C319C6" w:rsidP="00C319C6">
      <w:pPr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3550B3">
        <w:rPr>
          <w:rFonts w:ascii="Times New Roman" w:hAnsi="Times New Roman" w:cs="Times New Roman"/>
          <w:b/>
          <w:bCs/>
          <w:sz w:val="24"/>
          <w:szCs w:val="24"/>
        </w:rPr>
        <w:t>Apspriede par n</w:t>
      </w:r>
      <w:r w:rsidRPr="00C319C6">
        <w:rPr>
          <w:rFonts w:ascii="Times New Roman" w:hAnsi="Times New Roman" w:cs="Times New Roman"/>
          <w:b/>
          <w:bCs/>
          <w:sz w:val="24"/>
          <w:szCs w:val="24"/>
        </w:rPr>
        <w:t>ākamā gada galven</w:t>
      </w:r>
      <w:r w:rsidR="003550B3">
        <w:rPr>
          <w:rFonts w:ascii="Times New Roman" w:hAnsi="Times New Roman" w:cs="Times New Roman"/>
          <w:b/>
          <w:bCs/>
          <w:sz w:val="24"/>
          <w:szCs w:val="24"/>
        </w:rPr>
        <w:t xml:space="preserve">o prioritāti un tās īstenošanu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319C6">
        <w:rPr>
          <w:rFonts w:ascii="Times New Roman" w:hAnsi="Times New Roman" w:cs="Times New Roman"/>
          <w:sz w:val="24"/>
          <w:szCs w:val="24"/>
        </w:rPr>
        <w:t>“Atbalsts jauniešu veselības un drošības veicināšanai”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D0B7A3E" w14:textId="1A8E1301" w:rsidR="00AC377F" w:rsidRPr="00C319C6" w:rsidRDefault="00C319C6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319C6">
        <w:rPr>
          <w:rFonts w:ascii="Times New Roman" w:hAnsi="Times New Roman" w:cs="Times New Roman"/>
          <w:b/>
          <w:sz w:val="24"/>
          <w:szCs w:val="24"/>
        </w:rPr>
        <w:t>. Jaunu jauniešu piesaiste</w:t>
      </w:r>
      <w:r w:rsidR="003550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50B3" w:rsidRPr="003550B3">
        <w:rPr>
          <w:rFonts w:ascii="Times New Roman" w:hAnsi="Times New Roman" w:cs="Times New Roman"/>
          <w:b/>
          <w:sz w:val="24"/>
          <w:szCs w:val="24"/>
        </w:rPr>
        <w:t>un pārstāvniecība Jauniešu domē</w:t>
      </w:r>
    </w:p>
    <w:p w14:paraId="2C5D6A13" w14:textId="77777777" w:rsidR="00AC377F" w:rsidRPr="00C319C6" w:rsidRDefault="00000000">
      <w:pPr>
        <w:ind w:left="259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sz w:val="24"/>
          <w:szCs w:val="24"/>
        </w:rPr>
        <w:t>Priekšlikumi jauniešu uzrunāšanai un iesaistīšanai jauniešu domes darbā un aktivitātēs.</w:t>
      </w:r>
    </w:p>
    <w:p w14:paraId="063CD22B" w14:textId="77777777" w:rsidR="00AC377F" w:rsidRPr="00C319C6" w:rsidRDefault="00000000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b/>
          <w:sz w:val="24"/>
          <w:szCs w:val="24"/>
        </w:rPr>
        <w:t>7. Informācija par janvārī gaidāmajām vēlēšanām</w:t>
      </w:r>
    </w:p>
    <w:p w14:paraId="6657631B" w14:textId="77777777" w:rsidR="00AC377F" w:rsidRPr="00C319C6" w:rsidRDefault="00000000">
      <w:pPr>
        <w:ind w:left="259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sz w:val="24"/>
          <w:szCs w:val="24"/>
        </w:rPr>
        <w:t>Iespējas jauniešiem pievienoties jauniešu domei un kandidēt uz amatiem.</w:t>
      </w:r>
    </w:p>
    <w:p w14:paraId="4181F872" w14:textId="77777777" w:rsidR="00AC377F" w:rsidRPr="00C319C6" w:rsidRDefault="00000000">
      <w:pPr>
        <w:keepNext/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b/>
          <w:sz w:val="24"/>
          <w:szCs w:val="24"/>
        </w:rPr>
        <w:t>8. Atvērtā diskusija un sēdes noslēgums</w:t>
      </w:r>
    </w:p>
    <w:p w14:paraId="32250DFF" w14:textId="77777777" w:rsidR="00AC377F" w:rsidRDefault="00000000">
      <w:pPr>
        <w:ind w:left="259"/>
        <w:rPr>
          <w:rFonts w:ascii="Times New Roman" w:hAnsi="Times New Roman" w:cs="Times New Roman"/>
          <w:sz w:val="24"/>
          <w:szCs w:val="24"/>
        </w:rPr>
      </w:pPr>
      <w:r w:rsidRPr="00C319C6">
        <w:rPr>
          <w:rFonts w:ascii="Times New Roman" w:hAnsi="Times New Roman" w:cs="Times New Roman"/>
          <w:sz w:val="24"/>
          <w:szCs w:val="24"/>
        </w:rPr>
        <w:t>Dalībnieku jautājumi, priekšlikumi un vienošanās par turpmākajiem darbiem.</w:t>
      </w:r>
    </w:p>
    <w:p w14:paraId="776F0A6D" w14:textId="77777777" w:rsidR="00C319C6" w:rsidRDefault="00C319C6">
      <w:pPr>
        <w:ind w:left="259"/>
        <w:rPr>
          <w:rFonts w:ascii="Times New Roman" w:hAnsi="Times New Roman" w:cs="Times New Roman"/>
          <w:sz w:val="24"/>
          <w:szCs w:val="24"/>
        </w:rPr>
      </w:pPr>
    </w:p>
    <w:p w14:paraId="06A61DC7" w14:textId="0A393042" w:rsidR="00C319C6" w:rsidRDefault="00C319C6" w:rsidP="00C319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SLĒGTĀ DAĻA</w:t>
      </w:r>
    </w:p>
    <w:p w14:paraId="5CDCF5C2" w14:textId="400DFEF5" w:rsidR="00C319C6" w:rsidRPr="00C319C6" w:rsidRDefault="00C319C6" w:rsidP="00C319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19C6">
        <w:rPr>
          <w:rFonts w:ascii="Times New Roman" w:hAnsi="Times New Roman" w:cs="Times New Roman"/>
          <w:b/>
          <w:bCs/>
          <w:sz w:val="24"/>
          <w:szCs w:val="24"/>
        </w:rPr>
        <w:t xml:space="preserve">9. Gatavošanās </w:t>
      </w:r>
      <w:proofErr w:type="spellStart"/>
      <w:r w:rsidRPr="00C319C6">
        <w:rPr>
          <w:rFonts w:ascii="Times New Roman" w:hAnsi="Times New Roman" w:cs="Times New Roman"/>
          <w:b/>
          <w:bCs/>
          <w:sz w:val="24"/>
          <w:szCs w:val="24"/>
        </w:rPr>
        <w:t>Helovīna</w:t>
      </w:r>
      <w:proofErr w:type="spellEnd"/>
      <w:r w:rsidRPr="00C319C6">
        <w:rPr>
          <w:rFonts w:ascii="Times New Roman" w:hAnsi="Times New Roman" w:cs="Times New Roman"/>
          <w:b/>
          <w:bCs/>
          <w:sz w:val="24"/>
          <w:szCs w:val="24"/>
        </w:rPr>
        <w:t xml:space="preserve"> pasākumam.</w:t>
      </w:r>
    </w:p>
    <w:p w14:paraId="5296CEA5" w14:textId="52F8F207" w:rsidR="00AC377F" w:rsidRPr="00446562" w:rsidRDefault="00AC377F">
      <w:pPr>
        <w:spacing w:before="200"/>
        <w:rPr>
          <w:rFonts w:ascii="Times New Roman" w:hAnsi="Times New Roman" w:cs="Times New Roman"/>
          <w:sz w:val="24"/>
          <w:szCs w:val="24"/>
        </w:rPr>
      </w:pPr>
    </w:p>
    <w:sectPr w:rsidR="00AC377F" w:rsidRPr="00446562" w:rsidSect="00034616"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7B1341C"/>
    <w:multiLevelType w:val="hybridMultilevel"/>
    <w:tmpl w:val="C6AC2C2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236D2F"/>
    <w:multiLevelType w:val="hybridMultilevel"/>
    <w:tmpl w:val="FB1E355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846950">
    <w:abstractNumId w:val="8"/>
  </w:num>
  <w:num w:numId="2" w16cid:durableId="718163339">
    <w:abstractNumId w:val="6"/>
  </w:num>
  <w:num w:numId="3" w16cid:durableId="2094624339">
    <w:abstractNumId w:val="5"/>
  </w:num>
  <w:num w:numId="4" w16cid:durableId="87116768">
    <w:abstractNumId w:val="4"/>
  </w:num>
  <w:num w:numId="5" w16cid:durableId="683552562">
    <w:abstractNumId w:val="7"/>
  </w:num>
  <w:num w:numId="6" w16cid:durableId="243883072">
    <w:abstractNumId w:val="3"/>
  </w:num>
  <w:num w:numId="7" w16cid:durableId="1979528164">
    <w:abstractNumId w:val="2"/>
  </w:num>
  <w:num w:numId="8" w16cid:durableId="200896767">
    <w:abstractNumId w:val="1"/>
  </w:num>
  <w:num w:numId="9" w16cid:durableId="126945338">
    <w:abstractNumId w:val="0"/>
  </w:num>
  <w:num w:numId="10" w16cid:durableId="1754738008">
    <w:abstractNumId w:val="9"/>
  </w:num>
  <w:num w:numId="11" w16cid:durableId="9792618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4F0E"/>
    <w:rsid w:val="001F35DE"/>
    <w:rsid w:val="0029639D"/>
    <w:rsid w:val="00326F90"/>
    <w:rsid w:val="003550B3"/>
    <w:rsid w:val="00446562"/>
    <w:rsid w:val="00466DD7"/>
    <w:rsid w:val="007024AB"/>
    <w:rsid w:val="00720749"/>
    <w:rsid w:val="00AA1D8D"/>
    <w:rsid w:val="00AC377F"/>
    <w:rsid w:val="00B47730"/>
    <w:rsid w:val="00C319C6"/>
    <w:rsid w:val="00CB0664"/>
    <w:rsid w:val="00E31432"/>
    <w:rsid w:val="00FA613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61B89FC"/>
  <w14:defaultImageDpi w14:val="300"/>
  <w15:docId w15:val="{25ED1C87-A890-498A-914E-20D278E4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Calibri" w:hAnsi="Calibri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31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1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19C6"/>
    <w:rPr>
      <w:rFonts w:ascii="Calibri" w:hAnsi="Calibri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9C6"/>
    <w:rPr>
      <w:rFonts w:ascii="Calibri" w:hAnsi="Calibri"/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Krista Viola Vanaga</cp:lastModifiedBy>
  <cp:revision>4</cp:revision>
  <dcterms:created xsi:type="dcterms:W3CDTF">2026-10-26T10:46:00Z</dcterms:created>
  <dcterms:modified xsi:type="dcterms:W3CDTF">2026-10-27T07:21:00Z</dcterms:modified>
  <cp:category/>
</cp:coreProperties>
</file>